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4: Painting the Series</w:t>
      </w:r>
    </w:p>
    <w:p>
      <w:pPr>
        <w:spacing w:after="200"/>
        <w:jc w:val="center"/>
      </w:pPr>
      <w:r>
        <w:rPr>
          <w:b w:val="0"/>
          <w:i/>
          <w:sz w:val="20"/>
        </w:rPr>
        <w:t>5/6 Arts Education  -  Moons of the Land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Name one watercolour technique you used today.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What is one thing going well in your series?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What will you improve next class, and how? One sentence.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paint my panels with washes and layering.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